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MATÍAS IGNACIO GONZÁLEZ ARACENA</w:t>
      </w:r>
    </w:p>
    <w:p>
      <w:r>
        <w:rPr>
          <w:b/>
        </w:rPr>
        <w:t>Ovalle, Región de Coquimbo</w:t>
        <w:br/>
      </w:r>
      <w:r>
        <w:t>Teléfono: +56 9 9593 1708</w:t>
        <w:br/>
      </w:r>
      <w:r>
        <w:t>Correo: matias.ignacio14000@gmail.com</w:t>
      </w:r>
    </w:p>
    <w:p>
      <w:pPr>
        <w:pStyle w:val="Heading1"/>
      </w:pPr>
      <w:r>
        <w:t>PERFIL PROFESIONAL</w:t>
      </w:r>
    </w:p>
    <w:p>
      <w:r>
        <w:t>Técnico de Nivel Superior en Preparación Física con experiencia en entrenamiento deportivo, dirección técnica de fútbol, acondicionamiento físico y trabajo con niños, jóvenes y adultos mayores. Complementa su formación con experiencia en construcción, mantenimiento industrial, seguridad privada y trabajos en terreno. Se caracteriza por ser una persona responsable, comprometida, proactiva y con gran capacidad de adaptación, orientada al trabajo en equipo y al cumplimiento de objetivos.</w:t>
      </w:r>
    </w:p>
    <w:p>
      <w:pPr>
        <w:pStyle w:val="Heading1"/>
      </w:pPr>
      <w:r>
        <w:t>EXPERIENCIA LABORAL</w:t>
      </w:r>
    </w:p>
    <w:p>
      <w:r>
        <w:rPr>
          <w:b/>
        </w:rPr>
        <w:t>Operario de Aseo Industrial – Nexxo Echeverría Izquierdo</w:t>
      </w:r>
      <w:r>
        <w:br/>
        <w:t>Noviembre 2025 – Mayo 2026</w:t>
      </w:r>
    </w:p>
    <w:p>
      <w:pPr>
        <w:pStyle w:val="ListBullet"/>
      </w:pPr>
      <w:r>
        <w:t>Cumplimiento de protocolos de seguridad.</w:t>
      </w:r>
    </w:p>
    <w:p>
      <w:pPr>
        <w:pStyle w:val="ListBullet"/>
      </w:pPr>
      <w:r>
        <w:t>Aseo industrial en faenas.</w:t>
      </w:r>
    </w:p>
    <w:p>
      <w:pPr>
        <w:pStyle w:val="ListBullet"/>
      </w:pPr>
      <w:r>
        <w:t>Trabajo colaborativo.</w:t>
      </w:r>
    </w:p>
    <w:p>
      <w:r>
        <w:rPr>
          <w:b/>
        </w:rPr>
        <w:t>Ayudante de Maestro – Empresa Luis Pizarro</w:t>
      </w:r>
      <w:r>
        <w:br/>
        <w:t>2022 – 2025</w:t>
      </w:r>
    </w:p>
    <w:p>
      <w:pPr>
        <w:pStyle w:val="ListBullet"/>
      </w:pPr>
      <w:r>
        <w:t>Apoyo en soldadura HDPE.</w:t>
      </w:r>
    </w:p>
    <w:p>
      <w:pPr>
        <w:pStyle w:val="ListBullet"/>
      </w:pPr>
      <w:r>
        <w:t>Carpintería, albañilería y cerámica.</w:t>
      </w:r>
    </w:p>
    <w:p>
      <w:pPr>
        <w:pStyle w:val="ListBullet"/>
      </w:pPr>
      <w:r>
        <w:t>Trabajo en terreno.</w:t>
      </w:r>
    </w:p>
    <w:p>
      <w:r>
        <w:rPr>
          <w:b/>
        </w:rPr>
        <w:t>Guardia de Seguridad – Athena Seguridad</w:t>
      </w:r>
      <w:r>
        <w:br/>
        <w:t>2021 – 2022</w:t>
      </w:r>
    </w:p>
    <w:p>
      <w:pPr>
        <w:pStyle w:val="ListBullet"/>
      </w:pPr>
      <w:r>
        <w:t>Control de acceso.</w:t>
      </w:r>
    </w:p>
    <w:p>
      <w:pPr>
        <w:pStyle w:val="ListBullet"/>
      </w:pPr>
      <w:r>
        <w:t>Vigilancia preventiva.</w:t>
      </w:r>
    </w:p>
    <w:p>
      <w:pPr>
        <w:pStyle w:val="ListBullet"/>
      </w:pPr>
      <w:r>
        <w:t>Atención de público.</w:t>
      </w:r>
    </w:p>
    <w:p>
      <w:r>
        <w:rPr>
          <w:b/>
        </w:rPr>
        <w:t>Ayudante Mecánico – ENAMI</w:t>
      </w:r>
      <w:r>
        <w:br/>
        <w:t>2020 – 2021</w:t>
      </w:r>
    </w:p>
    <w:p>
      <w:pPr>
        <w:pStyle w:val="ListBullet"/>
      </w:pPr>
      <w:r>
        <w:t>Soldadura y montaje de estructuras metálicas.</w:t>
      </w:r>
    </w:p>
    <w:p>
      <w:pPr>
        <w:pStyle w:val="ListBullet"/>
      </w:pPr>
      <w:r>
        <w:t>Mantención industrial.</w:t>
      </w:r>
    </w:p>
    <w:p>
      <w:pPr>
        <w:pStyle w:val="ListBullet"/>
      </w:pPr>
      <w:r>
        <w:t>Trabajo en equipo.</w:t>
      </w:r>
    </w:p>
    <w:p>
      <w:r>
        <w:rPr>
          <w:b/>
        </w:rPr>
        <w:t>Ayudante de Maestro – Agrícola Quilicura</w:t>
      </w:r>
      <w:r>
        <w:br/>
        <w:t>2018 – 2019</w:t>
      </w:r>
    </w:p>
    <w:p>
      <w:pPr>
        <w:pStyle w:val="ListBullet"/>
      </w:pPr>
      <w:r>
        <w:t>Soldadura HDPE.</w:t>
      </w:r>
    </w:p>
    <w:p>
      <w:pPr>
        <w:pStyle w:val="ListBullet"/>
      </w:pPr>
      <w:r>
        <w:t>Trabajo jornal en terreno.</w:t>
      </w:r>
    </w:p>
    <w:p>
      <w:pPr>
        <w:pStyle w:val="Heading1"/>
      </w:pPr>
      <w:r>
        <w:t>EXPERIENCIA DEPORTIVA</w:t>
      </w:r>
    </w:p>
    <w:p>
      <w:r>
        <w:rPr>
          <w:b/>
        </w:rPr>
        <w:t>Preparador Físico y Director Técnico – Club Deportivo Luis Bugueño</w:t>
      </w:r>
      <w:r>
        <w:br/>
        <w:t>Enero 2024 – Enero 2025</w:t>
      </w:r>
    </w:p>
    <w:p>
      <w:pPr>
        <w:pStyle w:val="ListBullet"/>
      </w:pPr>
      <w:r>
        <w:t>Planificación y ejecución de entrenamientos.</w:t>
      </w:r>
    </w:p>
    <w:p>
      <w:pPr>
        <w:pStyle w:val="ListBullet"/>
      </w:pPr>
      <w:r>
        <w:t>Evaluación física.</w:t>
      </w:r>
    </w:p>
    <w:p>
      <w:pPr>
        <w:pStyle w:val="ListBullet"/>
      </w:pPr>
      <w:r>
        <w:t>Trabajo con distintas edades.</w:t>
      </w:r>
    </w:p>
    <w:p>
      <w:r>
        <w:rPr>
          <w:b/>
        </w:rPr>
        <w:t>Director Técnico y Preparador Físico – Escuela Formativa Los Coyotes</w:t>
      </w:r>
      <w:r>
        <w:br/>
        <w:t>Marzo 2024 – Septiembre 2024</w:t>
      </w:r>
    </w:p>
    <w:p>
      <w:pPr>
        <w:pStyle w:val="ListBullet"/>
      </w:pPr>
      <w:r>
        <w:t>Planificación y ejecución de entrenamientos.</w:t>
      </w:r>
    </w:p>
    <w:p>
      <w:pPr>
        <w:pStyle w:val="ListBullet"/>
      </w:pPr>
      <w:r>
        <w:t>Evaluación física.</w:t>
      </w:r>
    </w:p>
    <w:p>
      <w:pPr>
        <w:pStyle w:val="ListBullet"/>
      </w:pPr>
      <w:r>
        <w:t>Trabajo con distintas edades.</w:t>
      </w:r>
    </w:p>
    <w:p>
      <w:r>
        <w:rPr>
          <w:b/>
        </w:rPr>
        <w:t>Preparador Físico – Escuela El Chañar</w:t>
      </w:r>
      <w:r>
        <w:br/>
        <w:t>Junio 2023 – Septiembre 2023</w:t>
      </w:r>
    </w:p>
    <w:p>
      <w:pPr>
        <w:pStyle w:val="ListBullet"/>
      </w:pPr>
      <w:r>
        <w:t>Planificación y ejecución de entrenamientos.</w:t>
      </w:r>
    </w:p>
    <w:p>
      <w:pPr>
        <w:pStyle w:val="ListBullet"/>
      </w:pPr>
      <w:r>
        <w:t>Evaluación física.</w:t>
      </w:r>
    </w:p>
    <w:p>
      <w:pPr>
        <w:pStyle w:val="ListBullet"/>
      </w:pPr>
      <w:r>
        <w:t>Trabajo con distintas edades.</w:t>
      </w:r>
    </w:p>
    <w:p>
      <w:r>
        <w:rPr>
          <w:b/>
        </w:rPr>
        <w:t>Preparador Físico – ELEAM y Club Adulto Mayor Rosario</w:t>
      </w:r>
      <w:r>
        <w:br/>
        <w:t>Junio 2023 – Agosto 2023</w:t>
      </w:r>
    </w:p>
    <w:p>
      <w:pPr>
        <w:pStyle w:val="ListBullet"/>
      </w:pPr>
      <w:r>
        <w:t>Planificación y ejecución de entrenamientos.</w:t>
      </w:r>
    </w:p>
    <w:p>
      <w:pPr>
        <w:pStyle w:val="ListBullet"/>
      </w:pPr>
      <w:r>
        <w:t>Evaluación física.</w:t>
      </w:r>
    </w:p>
    <w:p>
      <w:pPr>
        <w:pStyle w:val="ListBullet"/>
      </w:pPr>
      <w:r>
        <w:t>Trabajo con distintas edades.</w:t>
      </w:r>
    </w:p>
    <w:p>
      <w:r>
        <w:rPr>
          <w:b/>
        </w:rPr>
        <w:t>Entrenador Personal – Gimnasio ProGym</w:t>
      </w:r>
      <w:r>
        <w:br/>
        <w:t>Marzo 2022 – Diciembre 2023</w:t>
      </w:r>
    </w:p>
    <w:p>
      <w:pPr>
        <w:pStyle w:val="ListBullet"/>
      </w:pPr>
      <w:r>
        <w:t>Planificación y ejecución de entrenamientos.</w:t>
      </w:r>
    </w:p>
    <w:p>
      <w:pPr>
        <w:pStyle w:val="ListBullet"/>
      </w:pPr>
      <w:r>
        <w:t>Evaluación física.</w:t>
      </w:r>
    </w:p>
    <w:p>
      <w:pPr>
        <w:pStyle w:val="ListBullet"/>
      </w:pPr>
      <w:r>
        <w:t>Trabajo con distintas edades.</w:t>
      </w:r>
    </w:p>
    <w:p>
      <w:pPr>
        <w:pStyle w:val="Heading1"/>
      </w:pPr>
      <w:r>
        <w:t>FORMACIÓN ACADÉMICA</w:t>
      </w:r>
    </w:p>
    <w:p>
      <w:r>
        <w:t>• Técnico de Nivel Superior en Preparación Física – CFT Santo Tomás</w:t>
      </w:r>
    </w:p>
    <w:p>
      <w:r>
        <w:t>• Construcción Civil (estudios cursados) – Universidad de Atacama</w:t>
      </w:r>
    </w:p>
    <w:p>
      <w:pPr>
        <w:pStyle w:val="Heading1"/>
      </w:pPr>
      <w:r>
        <w:t>CERTIFICACIONES</w:t>
      </w:r>
    </w:p>
    <w:p>
      <w:pPr>
        <w:pStyle w:val="ListBullet"/>
      </w:pPr>
      <w:r>
        <w:t>Curso OS10</w:t>
      </w:r>
    </w:p>
    <w:p>
      <w:pPr>
        <w:pStyle w:val="ListBullet"/>
      </w:pPr>
      <w:r>
        <w:t>Curso SSO Codelco División El Salvador</w:t>
      </w:r>
    </w:p>
    <w:p>
      <w:pPr>
        <w:pStyle w:val="ListBullet"/>
      </w:pPr>
      <w:r>
        <w:t>Certificación en Actividad Física</w:t>
      </w:r>
    </w:p>
    <w:p>
      <w:pPr>
        <w:pStyle w:val="ListBullet"/>
      </w:pPr>
      <w:r>
        <w:t>Entrenamiento para Poblaciones Especiales</w:t>
      </w:r>
    </w:p>
    <w:p>
      <w:pPr>
        <w:pStyle w:val="ListBullet"/>
      </w:pPr>
      <w:r>
        <w:t>Entrenamiento Físico y Salud</w:t>
      </w:r>
    </w:p>
    <w:p>
      <w:pPr>
        <w:pStyle w:val="ListBullet"/>
      </w:pPr>
      <w:r>
        <w:t>Entrenamiento para el Deporte</w:t>
      </w:r>
    </w:p>
    <w:p>
      <w:pPr>
        <w:pStyle w:val="Heading1"/>
      </w:pPr>
      <w:r>
        <w:t>LICENCIAS</w:t>
      </w:r>
    </w:p>
    <w:p>
      <w:pPr>
        <w:pStyle w:val="ListBullet"/>
      </w:pPr>
      <w:r>
        <w:t>Clase B</w:t>
      </w:r>
    </w:p>
    <w:p>
      <w:pPr>
        <w:pStyle w:val="ListBullet"/>
      </w:pPr>
      <w:r>
        <w:t>Clase D</w:t>
      </w:r>
    </w:p>
    <w:p>
      <w:pPr>
        <w:pStyle w:val="Heading1"/>
      </w:pPr>
      <w:r>
        <w:t>COMPETENCIAS</w:t>
      </w:r>
    </w:p>
    <w:p>
      <w:pPr>
        <w:pStyle w:val="ListBullet"/>
      </w:pPr>
      <w:r>
        <w:t>Liderazgo</w:t>
      </w:r>
    </w:p>
    <w:p>
      <w:pPr>
        <w:pStyle w:val="ListBullet"/>
      </w:pPr>
      <w:r>
        <w:t>Trabajo en equipo</w:t>
      </w:r>
    </w:p>
    <w:p>
      <w:pPr>
        <w:pStyle w:val="ListBullet"/>
      </w:pPr>
      <w:r>
        <w:t>Comunicación efectiva</w:t>
      </w:r>
    </w:p>
    <w:p>
      <w:pPr>
        <w:pStyle w:val="ListBullet"/>
      </w:pPr>
      <w:r>
        <w:t>Adaptabilidad</w:t>
      </w:r>
    </w:p>
    <w:p>
      <w:pPr>
        <w:pStyle w:val="ListBullet"/>
      </w:pPr>
      <w:r>
        <w:t>Responsabilidad</w:t>
      </w:r>
    </w:p>
    <w:p>
      <w:pPr>
        <w:pStyle w:val="ListBullet"/>
      </w:pPr>
      <w:r>
        <w:t>Planificación deportiva</w:t>
      </w:r>
    </w:p>
    <w:p>
      <w:pPr>
        <w:pStyle w:val="ListBullet"/>
      </w:pPr>
      <w:r>
        <w:t>Seguridad laboral</w:t>
      </w:r>
    </w:p>
    <w:p>
      <w:pPr>
        <w:pStyle w:val="ListBullet"/>
      </w:pPr>
      <w:r>
        <w:t>Trabajo bajo presión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